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כתבה בשבוע: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כתבת החדשות ואת תפקידי חלקיה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בבירור בין עובדה לדעה בטקסט עיתונאי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לוגיים בין רעיונות ולהשתמש בהם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עמדה מנומקת ולתעד תהליך קריאה שבועי באופן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מבנה כתבת חדשות – הכרת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למשוך תשומת לב ולתת מושג כללי על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בפתיח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דבורים צעירות גלגלו כדורים יותר מדבורים מבוגרות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מבנה כתבת חדשות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הפתיח פותח במשפט 'חוקרים רצו לבדוק שאלה מעניינת: האם דבורים משחקות'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בסיכום נכתב שהחוקרים אומרים שצריך לעשות עוד ניסויים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מבנה כתבת חדשות – זיהוי המבנה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צעירות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מבנה כתבת חדשות – התאמת חלקי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(דבורים שמשחקות בכדור)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(השאלה שהחוקרים רצו לבדוק ותיאור ראשוני של הניסוי)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(פירוט הממצאים על גלגול הכדורים וההבדל בין צעירות למבוגרות)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(המשמעות האפשרית והקריאה להמשך מחקר)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עובדה מול דעה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תיאור ישיר של מה שהחוקרים עשו בניסוי, ואפשר לבדוק ולתעד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ממצא מהניסוי, תוצאה הניתנת למדידה - לכן זהו משפט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'אולי' מרמזת שזו השערה שעוד לא הוכחה באופן 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ההבדל המרכזי בין עובדה לדעה בכל טקסט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בכתבה משפטי השערה, כמו הטענה על רגשות אצל חרקים וההמלצה להמשיך ולחקור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עובדה מול דעה – מיון משפטים מהכתבה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(עובדה - תיאור הניסוי)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(עובדה - תצפית בניסוי)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(עובדה - ממצא מדיד)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(השערה של החוקרים)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(ניחוש קליל של הכותבים, לא מסקנה מדעית)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עובדה מול דעה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שמתאר אירוע, נתון או פעולה שניתן לאמת, בלי מילים כמו 'אולי' או 'יתכן'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מילים כמו 'אולי', 'נראה ש', 'יתכן', 'לדעת החוקרים' וכדומה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 מלמד שהחוקרים זהירים ולא קובעים מסקנה סופית, המסקנה היא עדיין השערה שדורשת בדיקה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לא להתבלבל בין מידע מבוסס לבין פרשנות, ולגבש דעה עצמאית ומושכלת על בסיס העובדות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קשרים לוגיים בין רעיונות – זיהוי תפקיד מילות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ציון ניגוד בין שני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מתן הסבר או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רעיון ביומיום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הוספת מידע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קשרים לוגיים בין רעיונות – השלמת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בינתיים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קשרים לוגיים בין רעיונות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שמסבירה שהמילה מציינת ניגוד בין שני רעיונות, עם דוגמה תקינה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המשתמש ב'כי' כדי להסביר סיבה הקשורה לדבורים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זיהוי נכון של מילת קישור מהכתבה והסבר הקשר הלוגי שהיא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פסקה קצרה ורהוטה עם לפחות שתי מילות קישור שונות המתאימות לתוכן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טיעון וניסוח עמדה – זיהוי עובדות מהכתבה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בכתבה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בכתבה נכתב שהן עשו זאת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רק השערה, והחוקרים אומרים שצריך עוד ניסויים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תואר מבנה הזירה בניסוי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בפסקה על ממצאי החוקרים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טיעון וניסוח עמדה – חיבור טענה לעובדה תומכת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(הדבורים עצרו לגלגל כדורים בלי לקבל שום פרס)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(דבורים צעירות גלגלו כדורים יותר מדבורים מבוגרות)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(גם אצל בעלי חיים אחרים הצעירים משחקים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(החוקרים אומרים שצריך לעשות עוד ניסויים)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(הדבורים יכלו לעבור ליד הכדורים ולהגיע ישר לאוכל)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טיעון וניסוח עמדה – כתיבת עמדה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עמדה ברורה (כן/לא/חלקית) + שתי עובדות מהכתבה, למשל: הדבורים גלגלו כדורים בלי פרס, ודבורים צעירות עשו זאת יותר ממבוגרות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לדעתי, העובדה שהדבורים גלגלו כדורים בלי לקבל פרס מראה שהן עשו זאת מתוך הנאה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 מחליש את הטענה ומראה שהיא עדיין לא מוכחת באופן סופי, ודרושים מחקרים נוספים לאישושה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כתיבה ותיעוד ביומן הכתבות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היומן כולל דירוג אישי בכוכבים לכל כתבה שמסיימים.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היומן כולל גם קטגוריה, כמו מדע, ספורט או טבע.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ותיעוד ביומן הכתבות – זיהוי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"סיימתי – לשמור ביומן"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בעלי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ותיעוד ביומן הכתבות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 ותיעוד ביומן הכתבות – התאמת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(דבורים שמגלגלות כדורים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(תחרות אתלטיקה בין בתי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(שמורת טבע חדשה נפתחה בצפון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(הכנות לקראת חג האביב)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(ידיעה שמגיעה ממדינה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לתת פרטים נוספים על הכותרת הראשית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עובדה שנבדקה במחקר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 דברים שקורים באותו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דבורים גלגלו כדורים בלי לקבל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כתבה, מילה וכוכבים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הכותרת הראשית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ניגוד לרעיון הקודם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"אולי גם לחרקים יש רגשות פשוטים"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העובדה מבוססת על מה שנבדק בניסוי (למשל מספר הדבורים שגלגלו כדורים), הדעה מבטאת הערכה אישית (למשל שזה מרגש או מצחיק).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כוללת עמדה ברורה, נימוק אחד לפחות, ושני קשרים לוגיים שמחברים בין הרעיונות בצורה הגיונית.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טובה כוללת נושא ברור, מילה מתארת מתאימה, ודירוג כוכבים הגיוני ביחס לתיאור.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מצטט/ת שני משפטים שונים ומסביר/ה מדוע אחד עובדה והשני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מצביע/ה על מילת קישור בטקסט ומסביר/ה איזה קשר היא יוצרת (סיבה, ניגוד, תוצאה)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עמדת התלמיד/ה כתובה במשפט שלם ומגובה בשתי עובדות מוסברות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בשבוע, כך שכל פרק מלווה כתבה חדשה שנבחרת מאותו שבוע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מכתבת הדוגמה הפתורה על הדבורים לפני מעבר לכתבה חדשה ועצמאית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לתלמידים מתקדמים למצוא בעצמם קשרים לוגיים נוספים או לכתוב טיעון נגדי לעמדה שהם 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מחזור עבודה ברישום קצר ביומן הכתבות, כדי לבנות הרגל קריאה שבועי קבוע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כתבה בשבוע: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לקרוא כתבה חדשה כל שבוע. קודם נתרגל עם כתבה לדוגמה על דבורים, ואחר כך נבחר כתבה אמיתית. בסוף כל פרק נבדוק שהבנו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שמספר על אירוע או מחקר 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הראשון שמסכם את נושא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או הערכה אישית, לא תמיד ניתנת להוכחה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רעיונות, כמו 'כי', 'אבל', 'לכן'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עמדה שמנומקת בעובדות מהטקסט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קצר של הרעיון המרכזי בכתבה במילים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מסגרת משימות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שאלות קבועה שמתאימה לכל כתבה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רישום שבועי של הכתבות שקראתי ומה חשבתי עליהן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מבנה כתבת חדשות – הכרת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הכותרת אמורה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את כל פרטי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למשוך תשומת לב ולתת מושג כללי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דעת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להביא ציטוט מהמרואיין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מופיעה השאלה של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בפתיח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בגוף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החוקרים גילו?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הדבורים התעלמו מהכדורים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 גלגלו כדורים יותר מדבורים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הדבורים קיבלו פרס על גלגול הכדורים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הדבורים לא הגיעו לאוכל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מבנה כתבת חדשות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 של הכתבה כבר מופיעה השאלה שהחוקרים רצו לבדוק.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הסיכום בכתבה כולל קריאה של החוקרים להמשך מחקר.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מבנה כתבת חדשות – זיהוי המבנה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הכתבה, בצד אחד של הזירה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החוקרים גילו שדבורים __________ גלגלו כדורים יותר מדבורים מבוגרות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מבנה כתבת חדשות – התאמת חלקי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פירוט הממצאים על גלגול הכדורים וההבדל בין צעירות למבוגרות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המשמעות האפשרית והקריאה להמשך מחקר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גוף הכתבה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דבורים שמשחקות בכדור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השאלה שהחוקרים רצו לבדוק ותיאור ראשוני של הניסוי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עובדה מול דעה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'חוקרים בנו זירה גדולה ושמו בה דבורי בומבוס' הוא משפט עובדה, כי הוא מתאר פעולה שאפשר לתעד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'דבורים צעירות גלגלו כדורים יותר מדבורים מבוגרות' הוא משפט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'אולי גם לחרקים יש רגשות פשוטים, כמו הנאה' מנוסח כהשערה ולא כעובדה קבועה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עובדה אפשר תמיד לבדוק ולאמת במציאות, בעוד משפט דעה הוא פרשנות או הערכה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על הדבורים אין בכלל משפטי דעה או השערה, רק עובדות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עובדה מול דעה – מיון משפטים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בצד אחד של הזירה היה אוכל מתוק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השערה של החוקרים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הרבה דבורים עצרו ליד הכדורים וגלגלו אותם שוב ושוב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ניחוש קליל של הכותבים, לא מסקנה מדעית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דבורים צעירות גלגלו כדורים יותר מדבורים מבוגרות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עובדה - תיאור הניסוי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אולי גם לחרקים יש רגשות פשוטים, כמו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עובדה - ממצא מדיד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כשרואים דבורה בגינה, אולי היא בדרך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עובדה - תצפית בניסוי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עובדה מול דעה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כתבה אמיתית אחת מאתר החדשות בעברית קלה. כתבו משפט אחד מתוך הכתבה שהוא עובדה ברורה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מאותה כתבה, כתבו משפט אחד שהוא דעה, הערכה או השערה, וציינו אילו מילים בו עוזרות לזהות זאת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בכתבה על הדבורים כתוב שהמחקר הוא 'רק מחקר ראשון' וצריך עוד ניסויים. מה זה מלמד על מידת הוודאות של החוקרים לגבי המסקנה שדבורים משחקות בשביל הנאה?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חשוב, כשקוראים כתבת חדשות, להבחין בין עובדה לדעה או השערה?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קשרים לוגיים בין רעיונות – זיהוי תפקיד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המילה 'אבל'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מידע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ציון ניגוד בין שני רעיונות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משמשת המילה 'כי'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ציון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מתן הסבר או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'בינתיים' מחברת בסוף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ביומיום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רעיון סותר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 נוספת מהמחקר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 למחקר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המילה 'גם'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הוספת מידע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מסבירה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בינתיים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קשרים לוגיים בין רעיונות – השלמת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הדבורים יכלו לעבור ליד הכדורים ולהגיע ישר לאוכל, __________ הרבה דבורים עצרו וגלגלו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החוקרים אומרים שצריך לעשות עוד ניסויים, __________ זה רק מחקר ראשון.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דבורים צעירות גלגלו כדורים יותר מדבורים מבוגרות. __________ אצל בעלי חיים אחרים, הצעירים משחקים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__________, כשאתם רואים דבורה בגינה, אולי היא בדרך למשחק.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קשרים לוגיים בין רעיונות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תפקיד המילה 'אבל' במשפט מהכתבה על הדבורים, ותנו דוגמה נוספת למשפט משלכם עם 'אבל'.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שמקשר בין שני רעיונות מהכתבה על הדבורים, ושלבו בו את המילה 'כי' כדי להסביר סיבה.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כתבה חדשה מהעיתון השבועי. מצאו בה משפט עם מילת קישור הגיונית (כמו אבל, כי, גם או בינתיים) והסבירו איזה קשר היא יוצרת בין שני חלקי המשפט.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(2–3 משפטים) שמתארת רעיון מהכתבה על הדבורים, ושלבו בה לפחות שתי מילות קישור הגיוניות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טיעון וניסוח עמדה – זיהוי עובדות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גילו שדבורים צעירות גלגלו כדורים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בניסוי קיבלו פרס על גלגול הכדורים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קובעת בוודאות שלחרקים יש רגשות כמו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יכלו לעבור ליד הכדורים ולהגיע ישר לאוכל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אצל בעלי חיים אחרים הצעירים משחקים יותר מהמבוגרים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טיעון וניסוח עמדה – חיבור טענה לעובדה תומכת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הדבורים שיחקו מרצונן ולא בשביל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דבורים צעירות גלגלו כדורים יותר מדבורים מבוגרות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לגיל יש קשר לנטייה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הדבורים יכלו לעבור ליד הכדורים ולהגיע ישר לאוכל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התופעה לא ייחודית לדבורים בלבד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החוקרים אומרים שצריך לעשות עוד ניסויים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המסקנה על רגשות אצל חרקים עדיין לא סופית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הדבורים עצרו לגלגל כדורים בלי לקבל שום פרס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הדבורים בחרו לשחק למרות שהיה להן מסלול ישיר לאוכל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גם אצל בעלי חיים אחרים הצעירים משחקים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טיעון וניסוח עמדה – כתיבת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עמדה: האם לדעתכם לחרקים כמו דבורים יש רגשות פשוטים, כמו הנאה? תמכו בעמדתכם בשתי עובדות מהכתבה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נסחו משפט פתיחה לעמדה, שמתחיל במילה 'לדעתי' ומתייחס לממצא על גלגול הכדורים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מדוע החוקרים הדגישו שזהו 'רק מחקר ראשון' - איך זה משפיע על עוצמת הטענה שלהם?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כתיבה ותיעוד ביומן הכתבות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הכתבות אפשר לדרג כל כתבה בכוכבים.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היומן מתעד רק את שם הכתבה, בלי קטגוריה.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ותיעוד ביומן הכתבות – זיהוי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כדי להוסיף כתבה ליומן?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"סיימתי – לשמור ביומן"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מחיקת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שליחת הכתבה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הדפסת היומן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קטגוריה ביומן?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גיאוגרפיה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כתיבה ותיעוד ביומן הכתבות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בכתבת הדוגמה על הדבורים ששיחקות בכדור מתאימה הקטגוריה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שרושמים כתבה ביומן, קודם צריך __________ לעבוד על המשימות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כתיבה ותיעוד ביומן הכתבות – התאמת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הכנות לקראת חג האביב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ידיעה שמגיעה ממדינה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תחרות אתלטיקה בין בתי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שמורת טבע חדשה נפתחה בצפון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דבורים שמגלגלות כדורים קטנים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יש כותרת משנה מתחת לכותרת הראשית?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פרטים נוספים על הכותרת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את כל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דעה אישית של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את שם החוקר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המשפט הזה הוא עובדה או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שנבדקה במחקר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 אישית של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המילה "בינתיים"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דברים שקורים באותו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 לתוצאה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בין שני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 לכלל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עובדה מהכתבה תומכת בטענה שלחרקים יש רגשות?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גלגלו כדורים בלי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הזירה הייתה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האוכל היה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הניסוי נעשה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ביומן אחרי שקוראים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כתבה, מילה וכוכבים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כל הכתבה במלואה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החלק הראשון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הכותרת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הסיכום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דעת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פרטים טכניים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תפקיד המילה "אבל"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 לרעיון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איזה משפט הוא דעה ולא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"אולי גם לחרקים יש רגשות פשוטים"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"הם בנו זירה גדולה"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"בצד אחד של הזירה היה אוכל מתוק"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"הדבורים יכלו לעבור ליד הכדורים"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שהוא עובדה ומשפט אחד שהוא דעה, בהשראת הכתבה "דבורים שמשחקות בכדור".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(3-4 משפטים) ובה אתם מביעים עמדה: האם לדעתכם חשוב לחקור משחק אצל בעלי חיים? השתמשו בלפחות שני קשרים לוגיים, כמו "לכן", "אבל" או "בנוסף".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שורה ליומן הכתבות שלכם על כתבה שקראתם השבוע: ציינו את הנושא, מילה אחת שמתארת איך הרגשתם, ומספר כוכבים (1 עד 5).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להבחין בין משפט עובדה למשפט דעה בכתבה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את תפקידה של לפחות מילת קישור אחת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ניסחתי עמדה אישית שנשענת על שתי עובדות מהכתבה?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כתבה בשבוע: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